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97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757679" cy="4737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7679" cy="4737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336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473700" cy="13335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333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tabs>
          <w:tab w:pos="7202" w:val="left"/>
        </w:tabs>
        <w:autoSpaceDE w:val="0"/>
        <w:widowControl/>
        <w:spacing w:line="240" w:lineRule="auto" w:before="48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1" w:history="1">
          <w:r>
            <w:rPr>
              <w:rStyle w:val="Hyperlink"/>
            </w:rPr>
            <w:t xml:space="preserve">Anthony Russo </w:t>
          </w:r>
        </w:hyperlink>
      </w:r>
      <w:r>
        <w:tab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August 07, 2026 at 02:09 PM </w:t>
      </w:r>
    </w:p>
    <w:p>
      <w:pPr>
        <w:autoSpaceDN w:val="0"/>
        <w:autoSpaceDE w:val="0"/>
        <w:widowControl/>
        <w:spacing w:line="264" w:lineRule="auto" w:before="362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TPG and Redfearn Capital-led consortium is paying $628 million for an industrial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portfolio that's predominantly positioned in the Southeast. Atlanta Property Group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Matterhorn Venture Partners are part of the buyer group. </w:t>
      </w:r>
    </w:p>
    <w:p>
      <w:pPr>
        <w:autoSpaceDN w:val="0"/>
        <w:autoSpaceDE w:val="0"/>
        <w:widowControl/>
        <w:spacing w:line="266" w:lineRule="auto" w:before="368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Roughly 75 percent of the 5.4 million square foot portfolio is located in the Southeast. This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includes manufacturing, distribution and logistics facilities in the states of Florida, Georgia,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North Carolina and Tennessee; other properties are in Minnesota, Illinois and Oregon. Also,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specific cities listed include Tampa, Lakeland, Charlotte, Raleigh and Atlanta. </w:t>
      </w:r>
    </w:p>
    <w:p>
      <w:pPr>
        <w:autoSpaceDN w:val="0"/>
        <w:autoSpaceDE w:val="0"/>
        <w:widowControl/>
        <w:spacing w:line="240" w:lineRule="auto" w:before="368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Occupancy in the 53-asset portfolio sits at 87 percent currently. </w:t>
      </w:r>
    </w:p>
    <w:p>
      <w:pPr>
        <w:autoSpaceDN w:val="0"/>
        <w:autoSpaceDE w:val="0"/>
        <w:widowControl/>
        <w:spacing w:line="264" w:lineRule="auto" w:before="36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Also, the majority are shallow bay assets in areas with high barriers to entry. For the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portfolio, TPG is looking to focus on tenant retention and plans to deploy capital selectively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to address deferred maintenance. </w:t>
      </w:r>
    </w:p>
    <w:p>
      <w:pPr>
        <w:autoSpaceDN w:val="0"/>
        <w:autoSpaceDE w:val="0"/>
        <w:widowControl/>
        <w:spacing w:line="257" w:lineRule="auto" w:before="366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buyer group was represented legally by Greenberg Traurig, LLP, with Eastdil Secured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advising on the debt financing. </w:t>
      </w:r>
    </w:p>
    <w:p>
      <w:pPr>
        <w:autoSpaceDN w:val="0"/>
        <w:autoSpaceDE w:val="0"/>
        <w:widowControl/>
        <w:spacing w:line="264" w:lineRule="auto" w:before="368" w:after="0"/>
        <w:ind w:left="1440" w:right="1610" w:firstLine="0"/>
        <w:jc w:val="both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"This acquisition represents another significant milestone in our investment strategy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reinforces our conviction in the long-term fundamentals of the U.S. shallow bay industrial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sector," Chris Oka, managing director of TPG AG, said in a statement. </w:t>
      </w:r>
    </w:p>
    <w:p>
      <w:pPr>
        <w:autoSpaceDN w:val="0"/>
        <w:autoSpaceDE w:val="0"/>
        <w:widowControl/>
        <w:spacing w:line="269" w:lineRule="auto" w:before="366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"We are pleased to continue our long-standing partnerships with operating partners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Redfearn, Atlanta Property Group, and Matterhorn Venture Partners to acquire and operate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 portfolio of high-quality assets with strong occupancy, diversified tenancy, and </w:t>
      </w:r>
      <w:r>
        <w:br/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compelling opportunities to create value through active asset management. We look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forward to supporting the portfolio's continued growth." </w:t>
      </w:r>
    </w:p>
    <w:p>
      <w:pPr>
        <w:autoSpaceDN w:val="0"/>
        <w:autoSpaceDE w:val="0"/>
        <w:widowControl/>
        <w:spacing w:line="240" w:lineRule="auto" w:before="57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57" w:lineRule="auto" w:before="97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According to TPG, it has $22.6 billion of assets under management through its real estate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division. </w:t>
      </w:r>
    </w:p>
    <w:p>
      <w:pPr>
        <w:autoSpaceDN w:val="0"/>
        <w:autoSpaceDE w:val="0"/>
        <w:widowControl/>
        <w:spacing w:line="264" w:lineRule="auto" w:before="366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Currently, small bay remains a strongly favorable asset class for landlords, with a recent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BKM Capital light industrial report revealing that facilities under 100,000 square feet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average a 4.9 percent vacancy rate, which is half the amount for buildings over that limit. </w:t>
      </w:r>
    </w:p>
    <w:p>
      <w:pPr>
        <w:autoSpaceDN w:val="0"/>
        <w:autoSpaceDE w:val="0"/>
        <w:widowControl/>
        <w:spacing w:line="262" w:lineRule="auto" w:before="36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Brett Turner, senior managing director of acquisitions and dispositions at BKM, recently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told GlobeSt. that the cost to build this product is "staggeringly high," forcing constrained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supply in the sector. </w:t>
      </w:r>
    </w:p>
    <w:p>
      <w:pPr>
        <w:autoSpaceDN w:val="0"/>
        <w:autoSpaceDE w:val="0"/>
        <w:widowControl/>
        <w:spacing w:line="240" w:lineRule="auto" w:before="9952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https://www.globest.com/author/profile/anthony-russo/" TargetMode="External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